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AC2C3" w14:textId="77777777" w:rsidR="0016404C" w:rsidRPr="00F05124" w:rsidRDefault="007A65C8">
      <w:pPr>
        <w:jc w:val="center"/>
        <w:rPr>
          <w:lang w:val="hu-HU"/>
        </w:rPr>
      </w:pPr>
      <w:r w:rsidRPr="00F05124">
        <w:rPr>
          <w:b/>
          <w:lang w:val="hu-HU"/>
        </w:rPr>
        <w:t>„Szakmát választok – jövőt rajzolok”</w:t>
      </w:r>
      <w:r w:rsidRPr="00F05124">
        <w:rPr>
          <w:b/>
          <w:lang w:val="hu-HU"/>
        </w:rPr>
        <w:br/>
      </w:r>
      <w:r>
        <w:rPr>
          <w:b/>
          <w:lang w:val="hu-HU"/>
        </w:rPr>
        <w:t>Jelentkezési lap és nyilatkozat</w:t>
      </w:r>
    </w:p>
    <w:p w14:paraId="66EBA114" w14:textId="77777777" w:rsidR="006B6D61" w:rsidRPr="00F05124" w:rsidRDefault="0002788F">
      <w:pPr>
        <w:jc w:val="both"/>
        <w:rPr>
          <w:lang w:val="hu-HU"/>
        </w:rPr>
      </w:pPr>
      <w:r w:rsidRPr="00F05124">
        <w:rPr>
          <w:lang w:val="hu-HU"/>
        </w:rPr>
        <w:t xml:space="preserve">A kitöltött és aláírt jelentkezési lapot a pályaművel együtt, szkennelve vagy fényképként, </w:t>
      </w:r>
      <w:r w:rsidRPr="00F05124">
        <w:rPr>
          <w:b/>
          <w:bCs/>
          <w:lang w:val="hu-HU"/>
        </w:rPr>
        <w:t>2026. november 30-ig</w:t>
      </w:r>
      <w:r w:rsidRPr="00F05124">
        <w:rPr>
          <w:lang w:val="hu-HU"/>
        </w:rPr>
        <w:t xml:space="preserve"> kérjük elküldeni a </w:t>
      </w:r>
      <w:r w:rsidRPr="00F05124">
        <w:rPr>
          <w:b/>
          <w:bCs/>
          <w:lang w:val="hu-HU"/>
        </w:rPr>
        <w:t>rajzpalyazat@erdiszc.hu</w:t>
      </w:r>
      <w:r w:rsidRPr="00F05124">
        <w:rPr>
          <w:lang w:val="hu-HU"/>
        </w:rPr>
        <w:t xml:space="preserve"> e-mail-címre.</w:t>
      </w:r>
    </w:p>
    <w:p w14:paraId="0A6EA004" w14:textId="77777777" w:rsidR="0016404C" w:rsidRPr="00F05124" w:rsidRDefault="007A65C8">
      <w:pPr>
        <w:jc w:val="both"/>
        <w:rPr>
          <w:lang w:val="hu-HU"/>
        </w:rPr>
      </w:pPr>
      <w:r w:rsidRPr="00F05124">
        <w:rPr>
          <w:b/>
          <w:lang w:val="hu-HU"/>
        </w:rPr>
        <w:t>A pályázó adatai</w:t>
      </w:r>
    </w:p>
    <w:p w14:paraId="50FD5F84" w14:textId="77777777" w:rsidR="0016404C" w:rsidRPr="00F05124" w:rsidRDefault="007A65C8">
      <w:pPr>
        <w:jc w:val="both"/>
        <w:rPr>
          <w:lang w:val="hu-HU"/>
        </w:rPr>
      </w:pPr>
      <w:r w:rsidRPr="00F05124">
        <w:rPr>
          <w:lang w:val="hu-HU"/>
        </w:rPr>
        <w:t>A pályázó neve: ……………………………………………</w:t>
      </w:r>
    </w:p>
    <w:p w14:paraId="23462F49" w14:textId="77777777" w:rsidR="0016404C" w:rsidRPr="00F05124" w:rsidRDefault="007A65C8">
      <w:pPr>
        <w:jc w:val="both"/>
        <w:rPr>
          <w:lang w:val="hu-HU"/>
        </w:rPr>
      </w:pPr>
      <w:r w:rsidRPr="00F05124">
        <w:rPr>
          <w:lang w:val="hu-HU"/>
        </w:rPr>
        <w:t>Iskolája: ……………………………………………</w:t>
      </w:r>
    </w:p>
    <w:p w14:paraId="5690BF50" w14:textId="77777777" w:rsidR="0016404C" w:rsidRPr="00F05124" w:rsidRDefault="007A65C8">
      <w:pPr>
        <w:jc w:val="both"/>
        <w:rPr>
          <w:lang w:val="hu-HU"/>
        </w:rPr>
      </w:pPr>
      <w:r w:rsidRPr="00F05124">
        <w:rPr>
          <w:lang w:val="hu-HU"/>
        </w:rPr>
        <w:t>Évfolyama: ………</w:t>
      </w:r>
    </w:p>
    <w:p w14:paraId="0A0837F5" w14:textId="77777777" w:rsidR="0016404C" w:rsidRPr="00F05124" w:rsidRDefault="007A65C8">
      <w:pPr>
        <w:jc w:val="both"/>
        <w:rPr>
          <w:lang w:val="hu-HU"/>
        </w:rPr>
      </w:pPr>
      <w:r w:rsidRPr="00F05124">
        <w:rPr>
          <w:lang w:val="hu-HU"/>
        </w:rPr>
        <w:t>Jelige (ha a pályamű jeligével jelenjen meg): ……………………………………………</w:t>
      </w:r>
    </w:p>
    <w:p w14:paraId="785767F3" w14:textId="77777777" w:rsidR="0016404C" w:rsidRPr="00F05124" w:rsidRDefault="007A65C8">
      <w:pPr>
        <w:jc w:val="both"/>
        <w:rPr>
          <w:lang w:val="hu-HU"/>
        </w:rPr>
      </w:pPr>
      <w:r w:rsidRPr="00F05124">
        <w:rPr>
          <w:lang w:val="hu-HU"/>
        </w:rPr>
        <w:t>A pályamű címe, a választott szakma: ……………………………………………</w:t>
      </w:r>
    </w:p>
    <w:p w14:paraId="2D37AFEB" w14:textId="7664045E" w:rsidR="0016404C" w:rsidRPr="00F05124" w:rsidRDefault="007A65C8">
      <w:pPr>
        <w:jc w:val="both"/>
        <w:rPr>
          <w:lang w:val="hu-HU"/>
        </w:rPr>
      </w:pPr>
      <w:r w:rsidRPr="00F05124">
        <w:rPr>
          <w:b/>
          <w:lang w:val="hu-HU"/>
        </w:rPr>
        <w:t>A törvényes képviselő adatai (szülő vagy gyám)</w:t>
      </w:r>
    </w:p>
    <w:p w14:paraId="4C648590" w14:textId="77777777" w:rsidR="0016404C" w:rsidRPr="00F05124" w:rsidRDefault="007A65C8">
      <w:pPr>
        <w:jc w:val="both"/>
        <w:rPr>
          <w:lang w:val="hu-HU"/>
        </w:rPr>
      </w:pPr>
      <w:r w:rsidRPr="00F05124">
        <w:rPr>
          <w:lang w:val="hu-HU"/>
        </w:rPr>
        <w:t>Neve: ……………………………………………</w:t>
      </w:r>
    </w:p>
    <w:p w14:paraId="4764D22F" w14:textId="77777777" w:rsidR="0016404C" w:rsidRPr="00F05124" w:rsidRDefault="007A65C8">
      <w:pPr>
        <w:jc w:val="both"/>
        <w:rPr>
          <w:lang w:val="hu-HU"/>
        </w:rPr>
      </w:pPr>
      <w:r w:rsidRPr="00F05124">
        <w:rPr>
          <w:lang w:val="hu-HU"/>
        </w:rPr>
        <w:t>E-mail-címe: ……………………………………………</w:t>
      </w:r>
    </w:p>
    <w:p w14:paraId="01E02BFF" w14:textId="77777777" w:rsidR="0016404C" w:rsidRPr="00F05124" w:rsidRDefault="007A65C8">
      <w:pPr>
        <w:jc w:val="both"/>
        <w:rPr>
          <w:lang w:val="hu-HU"/>
        </w:rPr>
      </w:pPr>
      <w:r w:rsidRPr="00F05124">
        <w:rPr>
          <w:lang w:val="hu-HU"/>
        </w:rPr>
        <w:t>Telefonszáma: ……………………………………………</w:t>
      </w:r>
    </w:p>
    <w:p w14:paraId="10047DBA" w14:textId="77777777" w:rsidR="0016404C" w:rsidRPr="00F05124" w:rsidRDefault="007A65C8">
      <w:pPr>
        <w:jc w:val="both"/>
        <w:rPr>
          <w:lang w:val="hu-HU"/>
        </w:rPr>
      </w:pPr>
      <w:r w:rsidRPr="00F05124">
        <w:rPr>
          <w:b/>
          <w:lang w:val="hu-HU"/>
        </w:rPr>
        <w:t>Nyilatkozatok</w:t>
      </w:r>
    </w:p>
    <w:p w14:paraId="175802DF" w14:textId="456B441C" w:rsidR="0016404C" w:rsidRPr="00F05124" w:rsidRDefault="007A65C8">
      <w:pPr>
        <w:jc w:val="both"/>
        <w:rPr>
          <w:lang w:val="hu-HU"/>
        </w:rPr>
      </w:pPr>
      <w:r w:rsidRPr="00F05124">
        <w:rPr>
          <w:lang w:val="hu-HU"/>
        </w:rPr>
        <w:t xml:space="preserve">1. Kijelentem, hogy a pályamű a pályázó saját, önálló alkotása, </w:t>
      </w:r>
      <w:r w:rsidR="00590129" w:rsidRPr="00590129">
        <w:rPr>
          <w:lang w:val="hu-HU"/>
        </w:rPr>
        <w:t xml:space="preserve">nem </w:t>
      </w:r>
      <w:r w:rsidRPr="00590129">
        <w:rPr>
          <w:lang w:val="hu-HU"/>
        </w:rPr>
        <w:t>generatív mesterséges intelligencia segítségével készült, és harmadik személy jogait ne</w:t>
      </w:r>
      <w:r w:rsidRPr="00F05124">
        <w:rPr>
          <w:lang w:val="hu-HU"/>
        </w:rPr>
        <w:t>m sérti.</w:t>
      </w:r>
    </w:p>
    <w:p w14:paraId="2672D544" w14:textId="3DD1711E" w:rsidR="0016404C" w:rsidRPr="00F05124" w:rsidRDefault="007A65C8">
      <w:pPr>
        <w:jc w:val="both"/>
        <w:rPr>
          <w:lang w:val="hu-HU"/>
        </w:rPr>
      </w:pPr>
      <w:r w:rsidRPr="00F05124">
        <w:rPr>
          <w:lang w:val="hu-HU"/>
        </w:rPr>
        <w:t>2. Megismertem az adatkezelési tájékoztatót és hozzájárulok, hogy az Érdi Szakképzési Centrum a fenti és az adatkezelési tájékoztatóban szereplő adatokat kezelje a pályázat lebonyolítása, a pályaművek online közzététele és a közönségszavazás lebonyolítása céljából.</w:t>
      </w:r>
    </w:p>
    <w:p w14:paraId="5CDE127E" w14:textId="293EF4B1" w:rsidR="006D508B" w:rsidRPr="00F05124" w:rsidRDefault="006D508B">
      <w:pPr>
        <w:jc w:val="both"/>
        <w:rPr>
          <w:lang w:val="hu-HU"/>
        </w:rPr>
      </w:pPr>
      <w:r w:rsidRPr="00F05124">
        <w:rPr>
          <w:lang w:val="hu-HU"/>
        </w:rPr>
        <w:t xml:space="preserve">      </w:t>
      </w:r>
      <w:r w:rsidR="00590129" w:rsidRPr="001B1A78">
        <w:rPr>
          <w:lang w:val="hu-HU"/>
        </w:rPr>
        <w:t xml:space="preserve">☐ </w:t>
      </w:r>
      <w:r w:rsidRPr="00F05124">
        <w:rPr>
          <w:lang w:val="hu-HU"/>
        </w:rPr>
        <w:t>Hozzájárulok</w:t>
      </w:r>
    </w:p>
    <w:p w14:paraId="1E6C6AA5" w14:textId="77777777" w:rsidR="0016404C" w:rsidRPr="00F05124" w:rsidRDefault="007A65C8">
      <w:pPr>
        <w:jc w:val="both"/>
        <w:rPr>
          <w:lang w:val="hu-HU"/>
        </w:rPr>
      </w:pPr>
      <w:r w:rsidRPr="00F05124">
        <w:rPr>
          <w:lang w:val="hu-HU"/>
        </w:rPr>
        <w:t>3. A pályamű közzététele (kérjük, jelölje be):</w:t>
      </w:r>
    </w:p>
    <w:p w14:paraId="404406B8" w14:textId="537F5422" w:rsidR="0016404C" w:rsidRPr="00F05124" w:rsidRDefault="007A65C8">
      <w:pPr>
        <w:jc w:val="both"/>
        <w:rPr>
          <w:lang w:val="hu-HU"/>
        </w:rPr>
      </w:pPr>
      <w:r w:rsidRPr="00F05124">
        <w:rPr>
          <w:lang w:val="hu-HU"/>
        </w:rPr>
        <w:t xml:space="preserve">      </w:t>
      </w:r>
      <w:r w:rsidR="00590129" w:rsidRPr="001B1A78">
        <w:rPr>
          <w:lang w:val="hu-HU"/>
        </w:rPr>
        <w:t xml:space="preserve">☐ </w:t>
      </w:r>
      <w:r w:rsidRPr="00F05124">
        <w:rPr>
          <w:lang w:val="hu-HU"/>
        </w:rPr>
        <w:t>a pályázó nevével</w:t>
      </w:r>
    </w:p>
    <w:p w14:paraId="0CC2A553" w14:textId="1561A74F" w:rsidR="0016404C" w:rsidRPr="00F05124" w:rsidRDefault="007A65C8">
      <w:pPr>
        <w:jc w:val="both"/>
        <w:rPr>
          <w:lang w:val="hu-HU"/>
        </w:rPr>
      </w:pPr>
      <w:r w:rsidRPr="00F05124">
        <w:rPr>
          <w:lang w:val="hu-HU"/>
        </w:rPr>
        <w:t xml:space="preserve">      </w:t>
      </w:r>
      <w:r w:rsidR="00590129" w:rsidRPr="001B1A78">
        <w:rPr>
          <w:lang w:val="hu-HU"/>
        </w:rPr>
        <w:t xml:space="preserve">☐ </w:t>
      </w:r>
      <w:r w:rsidRPr="00F05124">
        <w:rPr>
          <w:lang w:val="hu-HU"/>
        </w:rPr>
        <w:t>jeligével (a pályázó neve nem kerül nyilvánosságra)</w:t>
      </w:r>
    </w:p>
    <w:p w14:paraId="0382B55F" w14:textId="77777777" w:rsidR="006B6D61" w:rsidRPr="00F05124" w:rsidRDefault="0002788F">
      <w:pPr>
        <w:jc w:val="both"/>
        <w:rPr>
          <w:lang w:val="hu-HU"/>
        </w:rPr>
      </w:pPr>
      <w:r w:rsidRPr="00F05124">
        <w:rPr>
          <w:lang w:val="hu-HU"/>
        </w:rPr>
        <w:t>Valamennyi beérkezett pályaművet közzétesszük az Érdi Szakképzési Centrum Facebook-oldalán, a pályázat céljára létrehozott albumban. Ha egyik lehetőséget sem jelöli be, a pályaművet jeligével, jelige hiányában sorszámmal tesszük közzé.</w:t>
      </w:r>
    </w:p>
    <w:p w14:paraId="224D2AE2" w14:textId="77777777" w:rsidR="0016404C" w:rsidRPr="00F05124" w:rsidRDefault="007A65C8">
      <w:pPr>
        <w:jc w:val="both"/>
        <w:rPr>
          <w:lang w:val="hu-HU"/>
        </w:rPr>
      </w:pPr>
      <w:r>
        <w:rPr>
          <w:lang w:val="hu-HU"/>
        </w:rPr>
        <w:lastRenderedPageBreak/>
        <w:t>Hozzájárulok ahhoz, hogy a pályázó neve mellett / a jelige mellett az alábbi adatok is megjelenjenek:</w:t>
      </w:r>
    </w:p>
    <w:p w14:paraId="0572EFC1" w14:textId="285EFFEC" w:rsidR="0016404C" w:rsidRPr="00F05124" w:rsidRDefault="007A65C8">
      <w:pPr>
        <w:jc w:val="both"/>
        <w:rPr>
          <w:lang w:val="hu-HU"/>
        </w:rPr>
      </w:pPr>
      <w:r w:rsidRPr="00F05124">
        <w:rPr>
          <w:lang w:val="hu-HU"/>
        </w:rPr>
        <w:t xml:space="preserve">      </w:t>
      </w:r>
      <w:r w:rsidR="00590129" w:rsidRPr="001B1A78">
        <w:rPr>
          <w:lang w:val="hu-HU"/>
        </w:rPr>
        <w:t xml:space="preserve">☐ </w:t>
      </w:r>
      <w:r w:rsidRPr="00F05124">
        <w:rPr>
          <w:lang w:val="hu-HU"/>
        </w:rPr>
        <w:t>az iskola neve</w:t>
      </w:r>
    </w:p>
    <w:p w14:paraId="256475D0" w14:textId="6C7A649B" w:rsidR="0016404C" w:rsidRPr="00F05124" w:rsidRDefault="007A65C8">
      <w:pPr>
        <w:jc w:val="both"/>
        <w:rPr>
          <w:lang w:val="hu-HU"/>
        </w:rPr>
      </w:pPr>
      <w:r w:rsidRPr="00F05124">
        <w:rPr>
          <w:lang w:val="hu-HU"/>
        </w:rPr>
        <w:t xml:space="preserve">      </w:t>
      </w:r>
      <w:r w:rsidR="00590129" w:rsidRPr="001B1A78">
        <w:rPr>
          <w:lang w:val="hu-HU"/>
        </w:rPr>
        <w:t xml:space="preserve">☐ </w:t>
      </w:r>
      <w:r w:rsidRPr="00F05124">
        <w:rPr>
          <w:lang w:val="hu-HU"/>
        </w:rPr>
        <w:t>az évfolyam</w:t>
      </w:r>
    </w:p>
    <w:p w14:paraId="1A0876F8" w14:textId="315FC56A" w:rsidR="0016404C" w:rsidRPr="00F05124" w:rsidRDefault="007A65C8">
      <w:pPr>
        <w:jc w:val="both"/>
        <w:rPr>
          <w:lang w:val="hu-HU"/>
        </w:rPr>
      </w:pPr>
      <w:r w:rsidRPr="00F05124">
        <w:rPr>
          <w:lang w:val="hu-HU"/>
        </w:rPr>
        <w:t xml:space="preserve">4. Felhasználási engedély: a pályamű szerzőjének törvényes képviselőjeként (a 14. életévét betöltött szerző esetén a szerzővel együtt) ingyenes, nem kizárólagos engedélyt adok az Érdi Szakképzési Centrumnak arra, hogy a pályaművet a pályázat lebonyolítása, a közönségszavazás, az eredményhirdetés és a szakmanépszerűsítés céljából a honlapján és közösségi média felületein (ideértve a Facebook-oldalon létrehozott pályázati albumot) </w:t>
      </w:r>
      <w:r>
        <w:rPr>
          <w:lang w:val="hu-HU"/>
        </w:rPr>
        <w:t>a pályázat lezárását követő 3 évig</w:t>
      </w:r>
      <w:r w:rsidRPr="00F05124">
        <w:rPr>
          <w:lang w:val="hu-HU"/>
        </w:rPr>
        <w:t xml:space="preserve"> nyilvánosságra hozza, többszörözze és bemutassa, a 3. pontban választott módon feltüntetve. A pályamű nem módosítható; a pályázó tudomásul veszi, hogy a pályamű méretezése és a közzétételhez szükséges technikai átalakítása nem minősül módosításnak.</w:t>
      </w:r>
    </w:p>
    <w:p w14:paraId="51C8C9BB" w14:textId="318B2746" w:rsidR="0016404C" w:rsidRPr="00F05124" w:rsidRDefault="007A65C8">
      <w:pPr>
        <w:jc w:val="both"/>
        <w:rPr>
          <w:lang w:val="hu-HU"/>
        </w:rPr>
      </w:pPr>
      <w:r w:rsidRPr="00F05124">
        <w:rPr>
          <w:lang w:val="hu-HU"/>
        </w:rPr>
        <w:t>5. Tudomásul veszem, hogy a hozzájárulásomat bármikor visszavonhatom az adatkezelési tájékoztatóban megadott elérhetőségeken, és hogy a visszavonás nem érinti a korábbi közzététel jogszerűségét. A hozzájárulás visszavonása esetén a pályaművet a Facebook-albumból eltávolítjuk, és az a közönségdíjért nem versenyez tovább.</w:t>
      </w:r>
    </w:p>
    <w:p w14:paraId="1EEFE945" w14:textId="77777777" w:rsidR="0016404C" w:rsidRPr="00F05124" w:rsidRDefault="007A65C8">
      <w:pPr>
        <w:jc w:val="both"/>
        <w:rPr>
          <w:lang w:val="hu-HU"/>
        </w:rPr>
      </w:pPr>
      <w:r w:rsidRPr="00F05124">
        <w:rPr>
          <w:lang w:val="hu-HU"/>
        </w:rPr>
        <w:t>Kelt: ……………………, 2026. ……………………</w:t>
      </w:r>
    </w:p>
    <w:p w14:paraId="74D4C9D7" w14:textId="6878207D" w:rsidR="0016404C" w:rsidRPr="00F05124" w:rsidRDefault="007A65C8">
      <w:pPr>
        <w:jc w:val="both"/>
        <w:rPr>
          <w:lang w:val="hu-HU"/>
        </w:rPr>
      </w:pPr>
      <w:r w:rsidRPr="00F05124">
        <w:rPr>
          <w:lang w:val="hu-HU"/>
        </w:rPr>
        <w:t>……………………………………………</w:t>
      </w:r>
      <w:r w:rsidRPr="00F05124">
        <w:rPr>
          <w:lang w:val="hu-HU"/>
        </w:rPr>
        <w:br/>
      </w:r>
      <w:r>
        <w:rPr>
          <w:lang w:val="hu-HU"/>
        </w:rPr>
        <w:t>A pályázó aláírása (14. életévét betöltött pályázó esetén)</w:t>
      </w:r>
    </w:p>
    <w:p w14:paraId="22502BC7" w14:textId="2BEA5D81" w:rsidR="0016404C" w:rsidRPr="00F05124" w:rsidRDefault="007A65C8">
      <w:pPr>
        <w:jc w:val="both"/>
        <w:rPr>
          <w:lang w:val="hu-HU"/>
        </w:rPr>
      </w:pPr>
      <w:r w:rsidRPr="00F05124">
        <w:rPr>
          <w:lang w:val="hu-HU"/>
        </w:rPr>
        <w:t>……………………………………………</w:t>
      </w:r>
      <w:r w:rsidRPr="00F05124">
        <w:rPr>
          <w:lang w:val="hu-HU"/>
        </w:rPr>
        <w:br/>
      </w:r>
      <w:r>
        <w:rPr>
          <w:lang w:val="hu-HU"/>
        </w:rPr>
        <w:t>A törvényes képviselő aláírása</w:t>
      </w:r>
    </w:p>
    <w:sectPr w:rsidR="0016404C" w:rsidRPr="00F0512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0202282">
    <w:abstractNumId w:val="8"/>
  </w:num>
  <w:num w:numId="2" w16cid:durableId="1580215383">
    <w:abstractNumId w:val="6"/>
  </w:num>
  <w:num w:numId="3" w16cid:durableId="499393900">
    <w:abstractNumId w:val="5"/>
  </w:num>
  <w:num w:numId="4" w16cid:durableId="92943048">
    <w:abstractNumId w:val="4"/>
  </w:num>
  <w:num w:numId="5" w16cid:durableId="449318681">
    <w:abstractNumId w:val="7"/>
  </w:num>
  <w:num w:numId="6" w16cid:durableId="711733611">
    <w:abstractNumId w:val="3"/>
  </w:num>
  <w:num w:numId="7" w16cid:durableId="1720204724">
    <w:abstractNumId w:val="2"/>
  </w:num>
  <w:num w:numId="8" w16cid:durableId="1190098434">
    <w:abstractNumId w:val="1"/>
  </w:num>
  <w:num w:numId="9" w16cid:durableId="1246378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88F"/>
    <w:rsid w:val="00034616"/>
    <w:rsid w:val="0006063C"/>
    <w:rsid w:val="0015074B"/>
    <w:rsid w:val="0016404C"/>
    <w:rsid w:val="002178E4"/>
    <w:rsid w:val="00226B68"/>
    <w:rsid w:val="0029639D"/>
    <w:rsid w:val="00326F90"/>
    <w:rsid w:val="0043654D"/>
    <w:rsid w:val="00590129"/>
    <w:rsid w:val="006240D4"/>
    <w:rsid w:val="006B6D61"/>
    <w:rsid w:val="006D508B"/>
    <w:rsid w:val="007A52F5"/>
    <w:rsid w:val="007A65C8"/>
    <w:rsid w:val="007C55C5"/>
    <w:rsid w:val="008F0CA3"/>
    <w:rsid w:val="00A95FFC"/>
    <w:rsid w:val="00AA1D8D"/>
    <w:rsid w:val="00AE5601"/>
    <w:rsid w:val="00B4160E"/>
    <w:rsid w:val="00B47730"/>
    <w:rsid w:val="00C04F20"/>
    <w:rsid w:val="00C76DEE"/>
    <w:rsid w:val="00CB0664"/>
    <w:rsid w:val="00DF5372"/>
    <w:rsid w:val="00EB1974"/>
    <w:rsid w:val="00F05124"/>
    <w:rsid w:val="00FC693F"/>
    <w:rsid w:val="00FF2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28990E"/>
  <w14:defaultImageDpi w14:val="300"/>
  <w15:docId w15:val="{8B7940F3-4C28-423B-B4C2-65CAEB050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Vltozat">
    <w:name w:val="Revision"/>
    <w:hidden/>
    <w:uiPriority w:val="99"/>
    <w:semiHidden/>
    <w:rsid w:val="006D508B"/>
    <w:pPr>
      <w:spacing w:after="0" w:line="240" w:lineRule="auto"/>
    </w:pPr>
    <w:rPr>
      <w:rFonts w:ascii="Times New Roman" w:hAnsi="Times New Roman"/>
      <w:sz w:val="24"/>
    </w:rPr>
  </w:style>
  <w:style w:type="paragraph" w:styleId="Jegyzetszveg">
    <w:name w:val="annotation text"/>
    <w:basedOn w:val="Norml"/>
    <w:link w:val="Jegyzetszve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Pr>
      <w:rFonts w:ascii="Times New Roman" w:hAnsi="Times New Roman"/>
      <w:sz w:val="20"/>
      <w:szCs w:val="20"/>
    </w:rPr>
  </w:style>
  <w:style w:type="character" w:styleId="Jegyzethivatkozs">
    <w:name w:val="annotation reference"/>
    <w:basedOn w:val="Bekezdsalapbettpusa"/>
    <w:uiPriority w:val="99"/>
    <w:semiHidden/>
    <w:unhideWhenUsed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95FF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95FFC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C458FC3B64EC542B1F07BD5C06CE5D6" ma:contentTypeVersion="14" ma:contentTypeDescription="Új dokumentum létrehozása." ma:contentTypeScope="" ma:versionID="f8340231a749d381165148680bc69158">
  <xsd:schema xmlns:xsd="http://www.w3.org/2001/XMLSchema" xmlns:xs="http://www.w3.org/2001/XMLSchema" xmlns:p="http://schemas.microsoft.com/office/2006/metadata/properties" xmlns:ns2="ff035fdb-8fb8-4086-b6e8-9f3a0b5044ce" xmlns:ns3="bc548b15-f8c8-47fe-957d-e0ef39640a34" targetNamespace="http://schemas.microsoft.com/office/2006/metadata/properties" ma:root="true" ma:fieldsID="57357e38751e4f61604bf796e51fa0c5" ns2:_="" ns3:_="">
    <xsd:import namespace="ff035fdb-8fb8-4086-b6e8-9f3a0b5044ce"/>
    <xsd:import namespace="bc548b15-f8c8-47fe-957d-e0ef39640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35fdb-8fb8-4086-b6e8-9f3a0b5044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Képcímkék" ma:readOnly="false" ma:fieldId="{5cf76f15-5ced-4ddc-b409-7134ff3c332f}" ma:taxonomyMulti="true" ma:sspId="4f6ae698-f63b-42e4-a6d7-082cdb26a4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48b15-f8c8-47fe-957d-e0ef39640a3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b910dcb-c890-48d3-a5af-209e3226d161}" ma:internalName="TaxCatchAll" ma:showField="CatchAllData" ma:web="bc548b15-f8c8-47fe-957d-e0ef39640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548b15-f8c8-47fe-957d-e0ef39640a34" xsi:nil="true"/>
    <lcf76f155ced4ddcb4097134ff3c332f xmlns="ff035fdb-8fb8-4086-b6e8-9f3a0b5044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CE879F-107E-4D49-AE3C-CB2F11F288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35fdb-8fb8-4086-b6e8-9f3a0b5044ce"/>
    <ds:schemaRef ds:uri="bc548b15-f8c8-47fe-957d-e0ef39640a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14CC15-BAD5-4D53-A28F-49F298B095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AB4461-0101-4C2C-8CD5-1FC7F7E987AD}">
  <ds:schemaRefs>
    <ds:schemaRef ds:uri="http://schemas.microsoft.com/office/2006/metadata/properties"/>
    <ds:schemaRef ds:uri="http://schemas.microsoft.com/office/infopath/2007/PartnerControls"/>
    <ds:schemaRef ds:uri="bc548b15-f8c8-47fe-957d-e0ef39640a34"/>
    <ds:schemaRef ds:uri="ff035fdb-8fb8-4086-b6e8-9f3a0b5044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349</Words>
  <Characters>2411</Characters>
  <Application>Microsoft Office Word</Application>
  <DocSecurity>0</DocSecurity>
  <Lines>20</Lines>
  <Paragraphs>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Bovard Adatvédelmi Kft.</dc:creator>
  <cp:keywords/>
  <dc:description/>
  <cp:lastModifiedBy>Réti-Nagy Eszter Júlia</cp:lastModifiedBy>
  <cp:revision>4</cp:revision>
  <dcterms:created xsi:type="dcterms:W3CDTF">2026-11-05T07:27:00Z</dcterms:created>
  <dcterms:modified xsi:type="dcterms:W3CDTF">2026-11-05T07:42:00Z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0x010100EC458FC3B64EC542B1F07BD5C06CE5D6</vt:lpwstr>
  </property>
  <property fmtid="{D5CDD505-2E9C-101B-9397-08002B2CF9AE}" pid="3" name="MediaServiceImageTags">
    <vt:lpwstr/>
  </property>
</Properties>
</file>